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תעודת זהות לטקסט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5 טקסטים · כותרת · במה · מוען · נמען · תאריך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ממלאים תעודות זהות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עכשיו לבד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סוגה, מטרה ואמינות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בכל טקסט כותרת, במה, מוען, נמען ותאריך.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מוען לבין מי שמדברים עליו, ובין תאריך אירוע לתאריך פרסום.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סוגה ומטרה ולהעריך אמינות של טקסט.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משחק ״מלאו את תעודת הזהות״ ופותרים טקסט אחד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כל טקסט וממלאים; בודקים בזוגות לפני הבדיקה במליאה.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מיון לפי מטרה ושאלת אמינות;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1: 🤖 חוג רובוטיקה לנוער – נרשמים עכשיו!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1.9.2026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מודעה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לשכנע להירשם ולמסור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2: הנדון: בקשה להאריך את שעות הפתיחה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הנדון: בקשה להאריך את שעות הפתיחה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 פורסם – נשלח ישירות אל הנמענת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עומר, תלמיד כיתה ו׳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מנהלת הספרייה העירונית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25 באוקטובר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 רשמי (בקשה)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לבקש ולשכנע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3: המטרייה שלא רצתה להיפתח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המטרייה שלא רצתה להיפתח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הירחון ״צבעוני״ – ירחון לילדים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אלה נהרי (הסופרת)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ילדים וילדות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נובמבר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סיפור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לבדר ולעורר מחשבה (על פחד ועזרה)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4: שבוע הקריאה: ספר טוב לכל אחד ואחת!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שבוע הקריאה: ספר טוב לכל אחד ואחת!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כרזה במסדרון בית הספר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הספרייה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התלמידים והתלמידות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 מצוין בטקסט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כרזה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להזמין ולעודד לקרוא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5: ערב משחקי קופסה לכל המשפחה!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ערב משחקי קופסה לכל המשפחה!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קבוצת ההודעות של השכבה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ועד ההורים של שכבת ה׳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התלמידים והתלמידות בשכבה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5.11.2026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הזמנה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להזמין ולמסור פרטים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חלק ג׳ 1 – מיון לפי מטרה: לפי שורת ״מטרה״ בכל טבלה (טקסט יכול להתאים ליותר ממטרה אחת – מקבלים נימוק סביר).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חלק ג׳ 2 – שדות חסרים: טקסט 4 (כרזה) – תאריך · חלק ג׳ 3 – כתב · נכתב/מיועד.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תעודת זהות לטקסט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במה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publication venue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место публикации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የታተመበት ቦታ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مكان النشر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support de publication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מוען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✍️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writer / sender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автор / отправитель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ላኪ / ጸሐፊ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المرسِل / الكاتب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expéditeur / auteur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נמען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addressee / audience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адресат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ተቀባይ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المرسَل إليه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destinataire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תאריך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📅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ቀን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تاريخ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סוגה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жанр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ዘውግ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نوع أدبي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מטרה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purpose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ዓላማ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هدف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but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ממלאים תעודות זהות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כל טקסט ומלאו את תעודת הזהות שלו. אם שדה לא מופיע – כתבו ״לא מצוין בטקסט״.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📌 טקסט 1: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להרשמה במשרדים     ◯ ימי שלישי, 17:00–18:30     ◯ חוג רובוטיקה לנוער – נרשמים עכשיו!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📰 במה: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אתר חדשות     ◯ מכתב אישי     ◯ לוח המודעות של המרכז הקהילתי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צוות החוגים של המרכז הקהילתי     ◯ בני ובנות הנוער     ◯ מנהלת בית ספר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בני ובנות נוער בגילי 12–15 (והוריהם)     ◯ מבוגרים בגיל הפרישה     ◯ צוות החוגים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📅 תאריך: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לא מצוין בטקסט     ◯ 1.9.2026     ◯ ימי שלישי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✉️ טקסט 2: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הנדון: בקשה להאריך את שעות הפתיחה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לכבוד מנהלת הספרייה העירונית,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שלום רב,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אני תלמיד בכיתה ו׳ ובא לספרייה כמעט כל יום אחרי הלימודים. הספרייה נסגרת בשעה 16:00, ולכן אני וחבריי לא מספיקים להחליף ספרים אחרי החוג.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אני מבקש לשקול לפתוח את הספרייה עד השעה 18:00 לפחות פעמיים בשבוע. אני בטוח שילדים רבים ישמחו.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בתודה ובברכה,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עומר, תלמיד כיתה ו׳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הנדון: בקשה להאריך את שעות הפתיחה     ◯ בתודה ובברכה     ◯ שלום רב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📰 במה: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עיתון ארצי     ◯ כרזה בספרייה     ◯ לא פורסם – נשלח ישירות אל הנמענת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עומר, תלמיד כיתה ו׳     ◯ מנהלת הספרייה     ◯ החברים של עומר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כל תושבי העיר     ◯ מנהלת הספרייה העירונית     ◯ עומר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📅 תאריך: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16:00     ◯ לא מצוין בטקסט     ◯ 25 באוקטובר 2026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טקסט 3: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🏷️ כותרת: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המטרייה שלא רצתה להיפתח     ◯ נלך יחד, לאט     ◯ צבעוני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📰 במה: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הירחון ״צבעוני״ – ירחון לילדים     ◯ אתר חדשות     ◯ לוח מודעות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✍️ מוען: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המטרייה הצהובה     ◯ אלה נהרי (הסופרת)     ◯ הילדה עם המגפיים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🎯 נמען: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ילדים וילדות     ◯ מבוגרים בלבד     ◯ המטרייה הגדולה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📅 תאריך: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באותו בוקר     ◯ נובמבר 2026     ◯ לא מצוין בטקסט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עכשיו לבד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עכשיו לבד! מלאו את הטבלה לכל 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💡 מחסן תשובות – בחרו מכאן: התלמידים והתלמידות · ערב משחקי קופסה לכל המשפחה! · 5.11.2026 · צוות הספרייה · לא מצוין בטקסט · שבוע הקריאה: ספר טוב לכל אחד ואחת! · כרזה במסדרון בית הספר · קבוצת ההודעות של השכבה · ועד ההורים של שכבת ה׳ · משפחות התלמידים והתלמידות בשכבה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🎨 טקסט 4: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שבוע הקריאה: ספר טוב לכל אחד ואחת!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📚 החלפת ספרים בהפסקה הגדולה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🎤 מפגש ״קראתי ואהבתי״ – כל אחד ואחת מספרים על ספר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🏆 מי יקרא הכי הרבה עמודים בכיתה?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🎲 טקסט 5: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ערב משחקי קופסה לכל המשפחה!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הורים, סבים וסבתות, אחים ואחיות – בואו לשחק איתנו!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מתי? יום חמישי, 19.11.2026, בשעה 18:00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איפה? באולם הספורט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הביאו משחק אהוב – ומצב רוח טוב 🙂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סוגה, מטרה ואמינות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🎯 1. מיינו את הטקסטים לפי המטרה שלהם. כתבו את מספרי הטקסטים.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למסור מידע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לשכנע / להזמין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לבדר / לספר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להדריך איך עושים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🔍 2. באיזה טקסט חסר שדה? איזה שדה, ולמה לדעתכם הוא חסר?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3. השלימו: המוען הוא מי ש_______ את הטקסט. הנמען הוא מי ש_______ אליו הטקסט.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מוען לנמען? כתבו במשפט אחד.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למה חשוב לבדוק את תאריך הפרסום?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תעודת זהות לטקסט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תעודת זהות לטקסט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